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REQUERIMIENTO DE PAGO</w:t>
      </w:r>
    </w:p>
    <w:p/>
    <w:p>
      <w:r>
        <w:rPr>
          <w:b/>
          <w:sz w:val="20"/>
        </w:rPr>
        <w:t>Datos del Reclamante:</w:t>
      </w:r>
    </w:p>
    <w:p>
      <w:r>
        <w:rPr>
          <w:b w:val="0"/>
          <w:sz w:val="20"/>
        </w:rPr>
        <w:t>Nombre / Razón Social : ________________________________________________</w:t>
      </w:r>
    </w:p>
    <w:p>
      <w:r>
        <w:rPr>
          <w:b w:val="0"/>
          <w:sz w:val="20"/>
        </w:rPr>
        <w:t>DNI / CIF : 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Requerido:</w:t>
      </w:r>
    </w:p>
    <w:p>
      <w:r>
        <w:rPr>
          <w:b w:val="0"/>
          <w:sz w:val="20"/>
        </w:rPr>
        <w:t>Nombre / Razón Social : ________________________________________________</w:t>
      </w:r>
    </w:p>
    <w:p>
      <w:r>
        <w:rPr>
          <w:b w:val="0"/>
          <w:sz w:val="20"/>
        </w:rPr>
        <w:t>DNI / CIF : 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Objeto del requerimiento:</w:t>
      </w:r>
    </w:p>
    <w:p>
      <w:r>
        <w:rPr>
          <w:b w:val="0"/>
          <w:sz w:val="20"/>
        </w:rPr>
        <w:t>Por medio del presente escrito, se requiere el pago de la cantidad adeudada que se detalla a continuación, en virtud de las obligaciones contractuales y legales asumidas por el requerido.</w:t>
      </w:r>
    </w:p>
    <w:p/>
    <w:p>
      <w:r>
        <w:rPr>
          <w:b/>
          <w:sz w:val="20"/>
        </w:rPr>
        <w:t>Detalle de la deuda:</w:t>
      </w:r>
    </w:p>
    <w:p>
      <w:r>
        <w:rPr>
          <w:b w:val="0"/>
          <w:sz w:val="20"/>
        </w:rPr>
        <w:t>Concepto : ______________________________________________________________</w:t>
      </w:r>
    </w:p>
    <w:p>
      <w:r>
        <w:rPr>
          <w:b w:val="0"/>
          <w:sz w:val="20"/>
        </w:rPr>
        <w:t>Importe adeudado : _________________ EUR</w:t>
      </w:r>
    </w:p>
    <w:p>
      <w:r>
        <w:rPr>
          <w:b w:val="0"/>
          <w:sz w:val="20"/>
        </w:rPr>
        <w:t>Forma y condiciones de pago : ___________________________________________</w:t>
      </w:r>
    </w:p>
    <w:p/>
    <w:p>
      <w:r>
        <w:rPr>
          <w:b/>
          <w:sz w:val="20"/>
        </w:rPr>
        <w:t>Fundamento jurídico:</w:t>
      </w:r>
    </w:p>
    <w:p>
      <w:r>
        <w:rPr>
          <w:b w:val="0"/>
          <w:sz w:val="20"/>
        </w:rPr>
        <w:t>Este requerimiento se realiza conforme a lo dispuesto en el artículo 1.101 del Código Civil, que establece la exigibilidad de las obligaciones dinerarias frente al incumplimiento contractual.</w:t>
      </w:r>
    </w:p>
    <w:p/>
    <w:p>
      <w:r>
        <w:rPr>
          <w:b/>
          <w:sz w:val="20"/>
        </w:rPr>
        <w:t>Plazo de pago y advertencias:</w:t>
      </w:r>
    </w:p>
    <w:p>
      <w:r>
        <w:rPr>
          <w:b w:val="0"/>
          <w:sz w:val="20"/>
        </w:rPr>
        <w:t>Se concede un plazo máximo de QUINCE (15) días naturales desde la recepción del presente documento para efectuar el pago indicado. En caso de incumplimiento, se procederá a ejercitar las acciones legales pertinentes para la reclamación de la deuda, con los costes y costas que ello pueda conllevar.</w:t>
      </w:r>
    </w:p>
    <w:p/>
    <w:p>
      <w:r>
        <w:rPr>
          <w:b/>
          <w:sz w:val="20"/>
        </w:rPr>
        <w:t>Datos para realizar el pago:</w:t>
      </w:r>
    </w:p>
    <w:p>
      <w:r>
        <w:rPr>
          <w:b w:val="0"/>
          <w:sz w:val="20"/>
        </w:rPr>
        <w:t>Entidad bancaria : ______________________________________________________</w:t>
      </w:r>
    </w:p>
    <w:p>
      <w:r>
        <w:rPr>
          <w:b w:val="0"/>
          <w:sz w:val="20"/>
        </w:rPr>
        <w:t>IBAN : _________________________________________________________________</w:t>
      </w:r>
    </w:p>
    <w:p>
      <w:r>
        <w:rPr>
          <w:b w:val="0"/>
          <w:sz w:val="20"/>
        </w:rPr>
        <w:t>Titular de la cuenta : _________________________________________________</w:t>
      </w:r>
    </w:p>
    <w:p/>
    <w:p/>
    <w:p>
      <w:r>
        <w:rPr>
          <w:b w:val="0"/>
          <w:sz w:val="20"/>
        </w:rPr>
        <w:t>Lugar y fecha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RECLAMANTE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</w:t>
              <w:br/>
              <w:t>Nombre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https://lex-financiero.com/requerimiento-de-pago/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requerimiento-de-pago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