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RESCATE DEL PLAN DE PENSIONES CASER</w:t>
      </w:r>
    </w:p>
    <w:p/>
    <w:p>
      <w:r>
        <w:rPr>
          <w:b w:val="0"/>
          <w:sz w:val="20"/>
        </w:rPr>
        <w:t xml:space="preserve">Lugar : ____________________________    </w:t>
      </w:r>
    </w:p>
    <w:p>
      <w:r>
        <w:rPr>
          <w:b/>
          <w:sz w:val="20"/>
        </w:rPr>
        <w:t>D./Dña. : ______________________________________________________________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Datos del Plan de Pensiones :</w:t>
      </w:r>
    </w:p>
    <w:p>
      <w:r>
        <w:rPr>
          <w:b w:val="0"/>
          <w:sz w:val="20"/>
        </w:rPr>
        <w:t>Entidad Gestora : _______________________________________________________</w:t>
      </w:r>
    </w:p>
    <w:p>
      <w:r>
        <w:rPr>
          <w:b w:val="0"/>
          <w:sz w:val="20"/>
        </w:rPr>
        <w:t>Número de cuenta o referencia : __________________________________________</w:t>
      </w:r>
    </w:p>
    <w:p>
      <w:r>
        <w:rPr>
          <w:b w:val="0"/>
          <w:sz w:val="20"/>
        </w:rPr>
        <w:t>Fecha de contratación : __________________________________________________</w:t>
      </w:r>
    </w:p>
    <w:p/>
    <w:p>
      <w:r>
        <w:rPr>
          <w:b/>
          <w:sz w:val="20"/>
        </w:rPr>
        <w:t>Solicito el rescate del capital acumulado en el Plan de Pensiones Caser conforme a lo establecido en la normativa vigente aplicable.</w:t>
      </w:r>
    </w:p>
    <w:p/>
    <w:p>
      <w:r>
        <w:rPr>
          <w:b/>
          <w:sz w:val="20"/>
        </w:rPr>
        <w:t>Causas del rescate (marcar la opción que corresponda) :</w:t>
      </w:r>
    </w:p>
    <w:p>
      <w:r>
        <w:rPr>
          <w:b w:val="0"/>
          <w:sz w:val="20"/>
        </w:rPr>
        <w:t>□ Jubilación</w:t>
      </w:r>
    </w:p>
    <w:p>
      <w:r>
        <w:rPr>
          <w:b w:val="0"/>
          <w:sz w:val="20"/>
        </w:rPr>
        <w:t>□ Incapacidad laboral total, absoluta o gran invalidez</w:t>
      </w:r>
    </w:p>
    <w:p>
      <w:r>
        <w:rPr>
          <w:b w:val="0"/>
          <w:sz w:val="20"/>
        </w:rPr>
        <w:t>□ Desempleo de larga duración</w:t>
      </w:r>
    </w:p>
    <w:p>
      <w:r>
        <w:rPr>
          <w:b w:val="0"/>
          <w:sz w:val="20"/>
        </w:rPr>
        <w:t>□ Enfermedad grave</w:t>
      </w:r>
    </w:p>
    <w:p>
      <w:r>
        <w:rPr>
          <w:b w:val="0"/>
          <w:sz w:val="20"/>
        </w:rPr>
        <w:t>□ Otros motivos legalmente reconocidos: _________________________________</w:t>
      </w:r>
    </w:p>
    <w:p/>
    <w:p>
      <w:r>
        <w:rPr>
          <w:b/>
          <w:sz w:val="20"/>
        </w:rPr>
        <w:t>Modalidad de rescate (marcar la opción que corresponda) :</w:t>
      </w:r>
    </w:p>
    <w:p>
      <w:r>
        <w:rPr>
          <w:b w:val="0"/>
          <w:sz w:val="20"/>
        </w:rPr>
        <w:t>□ Rescate en forma de capital</w:t>
      </w:r>
    </w:p>
    <w:p>
      <w:r>
        <w:rPr>
          <w:b w:val="0"/>
          <w:sz w:val="20"/>
        </w:rPr>
        <w:t>□ Rescate en forma de renta</w:t>
      </w:r>
    </w:p>
    <w:p>
      <w:r>
        <w:rPr>
          <w:b w:val="0"/>
          <w:sz w:val="20"/>
        </w:rPr>
        <w:t>□ Rescate mixto (parte en capital y parte en renta)</w:t>
      </w:r>
    </w:p>
    <w:p/>
    <w:p>
      <w:r>
        <w:rPr>
          <w:b/>
          <w:sz w:val="20"/>
        </w:rPr>
        <w:t>Declaro bajo mi responsabilidad que los datos consignados en esta solicitud son ciertos y veraces, y que cumplo con los requisitos legales para proceder al rescate del Plan de Pensiones Caser.</w:t>
      </w:r>
    </w:p>
    <w:p/>
    <w:p>
      <w:r>
        <w:rPr>
          <w:b/>
          <w:sz w:val="20"/>
        </w:rPr>
        <w:t>Autorizo a la Entidad Gestora a realizar las gestiones necesarias para materializar el rescate solicitado, así como a efectuar la transferencia del importe correspondiente a la cuenta bancaria facilitada.</w:t>
      </w:r>
    </w:p>
    <w:p/>
    <w:p>
      <w:r>
        <w:rPr>
          <w:b/>
          <w:sz w:val="20"/>
        </w:rPr>
        <w:t>Datos bancarios para la transferencia :</w:t>
      </w:r>
    </w:p>
    <w:p>
      <w:r>
        <w:rPr>
          <w:b w:val="0"/>
          <w:sz w:val="20"/>
        </w:rPr>
        <w:t>Titular de la cuenta : ___________________________________________________</w:t>
      </w:r>
    </w:p>
    <w:p>
      <w:r>
        <w:rPr>
          <w:b w:val="0"/>
          <w:sz w:val="20"/>
        </w:rPr>
        <w:t>Entidad : ________________________________________________________________</w:t>
      </w:r>
    </w:p>
    <w:p>
      <w:r>
        <w:rPr>
          <w:b w:val="0"/>
          <w:sz w:val="20"/>
        </w:rPr>
        <w:t>Oficina : ________________________________________________________________</w:t>
      </w:r>
    </w:p>
    <w:p>
      <w:r>
        <w:rPr>
          <w:b w:val="0"/>
          <w:sz w:val="20"/>
        </w:rPr>
        <w:t>D.C. : ___________________________________________________________________</w:t>
      </w:r>
    </w:p>
    <w:p>
      <w:r>
        <w:rPr>
          <w:b w:val="0"/>
          <w:sz w:val="20"/>
        </w:rPr>
        <w:t>Número de cuenta (IBAN) : ________________________________________________</w:t>
      </w:r>
    </w:p>
    <w:p/>
    <w:p>
      <w:r>
        <w:rPr>
          <w:b w:val="0"/>
          <w:sz w:val="20"/>
        </w:rPr>
        <w:t>Fecha y lugar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 la Entidad Gestora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https://lex-financiero.com/modelo-solicitud-rescate-plan-de-pensiones-caser/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solicitud-rescate-plan-de-pensiones-caser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