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CERTIFICADO DE POSICIONES BBVA</w:t>
      </w:r>
    </w:p>
    <w:p/>
    <w:p/>
    <w:p>
      <w:r>
        <w:rPr>
          <w:b/>
          <w:sz w:val="20"/>
        </w:rPr>
        <w:t>DATOS DEL SOLICITANTE:</w:t>
      </w:r>
    </w:p>
    <w:p>
      <w:r>
        <w:rPr>
          <w:b w:val="0"/>
          <w:sz w:val="20"/>
        </w:rPr>
        <w:t>Nombre y Apellidos / Razón Social : _______________________________________________</w:t>
      </w:r>
    </w:p>
    <w:p>
      <w:r>
        <w:rPr>
          <w:b w:val="0"/>
          <w:sz w:val="20"/>
        </w:rPr>
        <w:t>DNI / CIF : _______________________________________________________________________</w:t>
      </w:r>
    </w:p>
    <w:p>
      <w:r>
        <w:rPr>
          <w:b w:val="0"/>
          <w:sz w:val="20"/>
        </w:rPr>
        <w:t>Domicilio social o particular : ______________________________________________________</w:t>
      </w:r>
    </w:p>
    <w:p>
      <w:r>
        <w:rPr>
          <w:b w:val="0"/>
          <w:sz w:val="20"/>
        </w:rPr>
        <w:t>Teléfono de contacto : _____________________________________________________________</w:t>
      </w:r>
    </w:p>
    <w:p/>
    <w:p>
      <w:r>
        <w:rPr>
          <w:b/>
          <w:sz w:val="20"/>
        </w:rPr>
        <w:t>DATOS DE LA CUENTA BBVA:</w:t>
      </w:r>
    </w:p>
    <w:p>
      <w:r>
        <w:rPr>
          <w:b w:val="0"/>
          <w:sz w:val="20"/>
        </w:rPr>
        <w:t>Número de cuenta (IBAN) : _________________________________________________________</w:t>
      </w:r>
    </w:p>
    <w:p>
      <w:r>
        <w:rPr>
          <w:b w:val="0"/>
          <w:sz w:val="20"/>
        </w:rPr>
        <w:t>Sucursal o oficina donde está domiciliada la cuenta : _______________________________</w:t>
      </w:r>
    </w:p>
    <w:p/>
    <w:p>
      <w:r>
        <w:rPr>
          <w:b/>
          <w:sz w:val="20"/>
        </w:rPr>
        <w:t>A la atención del Departamento de Atención al Cliente de BBVA:</w:t>
      </w:r>
    </w:p>
    <w:p/>
    <w:p>
      <w:r>
        <w:rPr>
          <w:b w:val="0"/>
          <w:sz w:val="20"/>
        </w:rPr>
        <w:t>Yo, el/ la abajo firmante, en calidad de titular/autorizado de la cuenta arriba indicada,</w:t>
      </w:r>
    </w:p>
    <w:p>
      <w:r>
        <w:rPr>
          <w:b w:val="0"/>
          <w:sz w:val="20"/>
        </w:rPr>
        <w:t>solicito la expedición del Certificado de Posiciones correspondiente a dicha cuenta,</w:t>
      </w:r>
    </w:p>
    <w:p>
      <w:r>
        <w:rPr>
          <w:b w:val="0"/>
          <w:sz w:val="20"/>
        </w:rPr>
        <w:t>con el detalle de movimientos y saldo, para los fines que estime oportunos, haciendo constar</w:t>
      </w:r>
    </w:p>
    <w:p>
      <w:r>
        <w:rPr>
          <w:b w:val="0"/>
          <w:sz w:val="20"/>
        </w:rPr>
        <w:t>que esta documentación será empleada conforme a la legislación vigente en materia financiera y</w:t>
      </w:r>
    </w:p>
    <w:p>
      <w:r>
        <w:rPr>
          <w:b w:val="0"/>
          <w:sz w:val="20"/>
        </w:rPr>
        <w:t>de protección de datos.</w:t>
      </w:r>
    </w:p>
    <w:p/>
    <w:p>
      <w:r>
        <w:rPr>
          <w:b w:val="0"/>
          <w:sz w:val="20"/>
        </w:rPr>
        <w:t>Asimismo, declaro que los datos facilitados son ciertos y completos, y autorizo a BBVA a verificar</w:t>
      </w:r>
    </w:p>
    <w:p>
      <w:r>
        <w:rPr>
          <w:b w:val="0"/>
          <w:sz w:val="20"/>
        </w:rPr>
        <w:t>la información necesaria para la expedición del certificado.</w:t>
      </w:r>
    </w:p>
    <w:p/>
    <w:p/>
    <w:p>
      <w:r>
        <w:rPr>
          <w:b w:val="0"/>
          <w:sz w:val="20"/>
        </w:rPr>
        <w:t>Lugar y fecha : _________________________________________________________________</w:t>
      </w:r>
    </w:p>
    <w:p/>
    <w:p/>
    <w:p>
      <w:r>
        <w:rPr>
          <w:b w:val="0"/>
          <w:sz w:val="20"/>
        </w:rPr>
        <w:t>Firma del solicitante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</w:tbl>
    <w:p/>
    <w:p/>
    <w:p>
      <w:r>
        <w:rPr>
          <w:b/>
          <w:sz w:val="20"/>
        </w:rPr>
        <w:t>NOTA LEGAL:</w:t>
      </w:r>
    </w:p>
    <w:p>
      <w:r>
        <w:rPr>
          <w:b w:val="0"/>
          <w:sz w:val="20"/>
        </w:rPr>
        <w:t>Este certificado se emite como documento oficial de BBVA y su uso está sujeto a la normativa aplicable en materia financiera y de protección de datos personales.</w:t>
      </w:r>
    </w:p>
    <w:p>
      <w:r>
        <w:rPr>
          <w:b w:val="0"/>
          <w:sz w:val="20"/>
        </w:rPr>
        <w:t>La solicitud y uso de este documento implica la aceptación de las condiciones establecidas por BBVA para la emisión y tratamiento de certificados.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https://lex-financiero.com/modelo-solicitud-certificado-de-posiciones-bbva/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solicitud-certificado-de-posiciones-bbva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