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BAJA DE SEGURO DKV</w:t>
      </w:r>
    </w:p>
    <w:p/>
    <w:p/>
    <w:p>
      <w:r>
        <w:rPr>
          <w:b/>
          <w:sz w:val="20"/>
        </w:rPr>
        <w:t>Datos del Tomador del Seguro:</w:t>
      </w:r>
    </w:p>
    <w:p>
      <w:r>
        <w:rPr>
          <w:b w:val="0"/>
          <w:sz w:val="20"/>
        </w:rPr>
        <w:t>Nombre y Apellidos / Razón Social : ______________________________________</w:t>
      </w:r>
    </w:p>
    <w:p>
      <w:r>
        <w:rPr>
          <w:b w:val="0"/>
          <w:sz w:val="20"/>
        </w:rPr>
        <w:t>DNI/NIF/NIE : 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______________________________________________________</w:t>
      </w:r>
    </w:p>
    <w:p/>
    <w:p>
      <w:r>
        <w:rPr>
          <w:b/>
          <w:sz w:val="20"/>
        </w:rPr>
        <w:t>Datos del Vehículo Asegurado:</w:t>
      </w:r>
    </w:p>
    <w:p>
      <w:r>
        <w:rPr>
          <w:b w:val="0"/>
          <w:sz w:val="20"/>
        </w:rPr>
        <w:t>Marca y Modelo : _________________________________________________________</w:t>
      </w:r>
    </w:p>
    <w:p>
      <w:r>
        <w:rPr>
          <w:b w:val="0"/>
          <w:sz w:val="20"/>
        </w:rPr>
        <w:t>Matrícula : _______________________________________________________________</w:t>
      </w:r>
    </w:p>
    <w:p>
      <w:r>
        <w:rPr>
          <w:b w:val="0"/>
          <w:sz w:val="20"/>
        </w:rPr>
        <w:t>Número de Póliza : _______________________________________________________</w:t>
      </w:r>
    </w:p>
    <w:p/>
    <w:p>
      <w:r>
        <w:rPr>
          <w:b/>
          <w:sz w:val="20"/>
        </w:rPr>
        <w:t>A la Entidad Aseguradora DKV Seguros:</w:t>
      </w:r>
    </w:p>
    <w:p/>
    <w:p>
      <w:r>
        <w:rPr>
          <w:b w:val="0"/>
          <w:sz w:val="20"/>
        </w:rPr>
        <w:t>Por la presente, solicito la baja del seguro referido al vehículo descrito anteriormente, con efecto inmediato y sin necesidad de notificación previa, conforme a las condiciones establecidas en la póliza y la normativa aplicable. Declaro que he cumplido con las obligaciones contractuales pertinentes hasta la fecha y que no existen siniestros pendientes de resolución que afecten a la presente solicitud.</w:t>
      </w:r>
    </w:p>
    <w:p/>
    <w:p>
      <w:r>
        <w:rPr>
          <w:b w:val="0"/>
          <w:sz w:val="20"/>
        </w:rPr>
        <w:t>Asimismo, autorizo a DKV Seguros a realizar las gestiones necesarias para formalizar dicha baja y cancelar los cobros futuros relacionados con la póliza mencionada.</w:t>
      </w:r>
    </w:p>
    <w:p/>
    <w:p>
      <w:r>
        <w:rPr>
          <w:b/>
          <w:sz w:val="20"/>
        </w:rPr>
        <w:t>Observaciones (si las hubiere):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 w:val="0"/>
          <w:sz w:val="20"/>
        </w:rPr>
        <w:t>Lugar y fecha : 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ASEGURADORA DKV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https://lex-financiero.com/modelo-solicitud-baja-seguro-dkv/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solicitud-baja-seguro-dkv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