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LA RECLAMACIÓN AL SEGURO POR UN SINIESTRO</w:t>
      </w:r>
    </w:p>
    <w:p/>
    <w:p/>
    <w:p>
      <w:r>
        <w:rPr>
          <w:b/>
          <w:sz w:val="20"/>
        </w:rPr>
        <w:t>A la atención del Departamento de Reclamaciones</w:t>
      </w:r>
    </w:p>
    <w:p>
      <w:r>
        <w:rPr>
          <w:b w:val="0"/>
          <w:sz w:val="20"/>
        </w:rPr>
        <w:t>Nombre de la Compañía Aseguradora:</w:t>
      </w:r>
    </w:p>
    <w:p>
      <w:r>
        <w:rPr>
          <w:b w:val="0"/>
          <w:sz w:val="20"/>
        </w:rPr>
        <w:t>Dirección de la Compañía:</w:t>
      </w:r>
    </w:p>
    <w:p>
      <w:r>
        <w:rPr>
          <w:b w:val="0"/>
          <w:sz w:val="20"/>
        </w:rPr>
        <w:t>Código Postal y Ciudad</w:t>
      </w:r>
    </w:p>
    <w:p/>
    <w:p/>
    <w:p>
      <w:r>
        <w:rPr>
          <w:b/>
          <w:sz w:val="20"/>
        </w:rPr>
        <w:t>Datos del Asegurado: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 / NIF: _______________________________________________________</w:t>
      </w:r>
    </w:p>
    <w:p>
      <w:r>
        <w:rPr>
          <w:b w:val="0"/>
          <w:sz w:val="20"/>
        </w:rPr>
        <w:t>Dirección: 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>
      <w:r>
        <w:rPr>
          <w:b w:val="0"/>
          <w:sz w:val="20"/>
        </w:rPr>
        <w:t>Número de póliza: _________________________________________________</w:t>
      </w:r>
    </w:p>
    <w:p/>
    <w:p/>
    <w:p>
      <w:r>
        <w:rPr>
          <w:b/>
          <w:sz w:val="20"/>
        </w:rPr>
        <w:t>Asunto: Reclamación por siniestro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medio de la presente, y en virtud de la póliza de seguro contratada con su entidad, vengo a presentar reclamación formal por el siniestro ocurrido, cuyo detalle se expone a continuación:</w:t>
      </w:r>
    </w:p>
    <w:p/>
    <w:p>
      <w:r>
        <w:rPr>
          <w:b/>
          <w:sz w:val="20"/>
        </w:rPr>
        <w:t>Descripción del siniestro: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Fecha y lugar del siniestro: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Circunstancias que rodearon el siniestro: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Documentación adjunta que acredita el siniestro:</w:t>
      </w:r>
    </w:p>
    <w:p>
      <w:r>
        <w:rPr>
          <w:b w:val="0"/>
          <w:sz w:val="20"/>
        </w:rPr>
        <w:t>Informe pericial, fotografías, partes policiales, presupuestos de reparación, etc.</w:t>
      </w:r>
    </w:p>
    <w:p/>
    <w:p>
      <w:r>
        <w:rPr>
          <w:b w:val="0"/>
          <w:sz w:val="20"/>
        </w:rPr>
        <w:t>Solicito la valoración y liquidación de los daños conforme a lo establecido en la póliza, así como la gestión y abono de la indemnización a la mayor brevedad posible.</w:t>
      </w:r>
    </w:p>
    <w:p/>
    <w:p>
      <w:r>
        <w:rPr>
          <w:b w:val="0"/>
          <w:sz w:val="20"/>
        </w:rPr>
        <w:t>Quedo a su disposición para facilitar cualquier información o documentación adicional que sea necesaria para la correcta tramitación de esta reclamación.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Firma: _______________________________</w:t>
      </w:r>
    </w:p>
    <w:p/>
    <w:p>
      <w:r>
        <w:rPr>
          <w:b w:val="0"/>
          <w:sz w:val="20"/>
        </w:rPr>
        <w:t>Nombre y Apellidos: 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recepción por la aseguradora: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 del representante: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https://lex-financiero.com/modelo-de-carta-para-la-reclamacion-al-seguro-por-un-siniestro/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de-carta-para-la-reclamacion-al-seguro-por-un-siniestro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