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CANCELAR UN SEGURO</w:t>
      </w:r>
    </w:p>
    <w:p/>
    <w:p/>
    <w:p>
      <w:r>
        <w:rPr>
          <w:b/>
          <w:sz w:val="20"/>
        </w:rPr>
        <w:t>Datos del Tomador del Seguro: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/>
    <w:p>
      <w:r>
        <w:rPr>
          <w:b/>
          <w:sz w:val="20"/>
        </w:rPr>
        <w:t>Datos de la Compañía Aseguradora:</w:t>
      </w:r>
    </w:p>
    <w:p>
      <w:r>
        <w:rPr>
          <w:b w:val="0"/>
          <w:sz w:val="20"/>
        </w:rPr>
        <w:t>Nombre de la Compañía : _____________________________________________</w:t>
      </w:r>
    </w:p>
    <w:p>
      <w:r>
        <w:rPr>
          <w:b w:val="0"/>
          <w:sz w:val="20"/>
        </w:rPr>
        <w:t>Departamento / Oficina : 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/>
    <w:p/>
    <w:p>
      <w:r>
        <w:rPr>
          <w:b/>
          <w:sz w:val="20"/>
        </w:rPr>
        <w:t>Asunto: CANCELACIÓN DE PÓLIZA DE SEGURO</w:t>
      </w:r>
    </w:p>
    <w:p/>
    <w:p>
      <w:r>
        <w:rPr>
          <w:b/>
          <w:sz w:val="20"/>
        </w:rPr>
        <w:t>Estimados señores:</w:t>
      </w:r>
    </w:p>
    <w:p/>
    <w:p>
      <w:r>
        <w:rPr>
          <w:b w:val="0"/>
          <w:sz w:val="20"/>
        </w:rPr>
        <w:t>Por medio de la presente, y conforme a lo establecido en las condiciones generales de la póliza, solicito formalmente la cancelación y rescisión del contrato de seguro que mantengo con su entidad, identificado con el número de póliza ____________________________.</w:t>
      </w:r>
    </w:p>
    <w:p/>
    <w:p>
      <w:r>
        <w:rPr>
          <w:b w:val="0"/>
          <w:sz w:val="20"/>
        </w:rPr>
        <w:t>Solicito que la cancelación surta efectos a partir de la recepción de esta carta, y que se proceda a la devolución, en su caso, de las primas correspondientes al período no disfrutado, conforme a lo previsto en la Ley y en las condiciones contractuales.</w:t>
      </w:r>
    </w:p>
    <w:p/>
    <w:p>
      <w:r>
        <w:rPr>
          <w:b w:val="0"/>
          <w:sz w:val="20"/>
        </w:rPr>
        <w:t>Ruego me confirmen por escrito la recepción de esta solicitud y la fecha efectiva de la cancelación.</w:t>
      </w:r>
    </w:p>
    <w:p/>
    <w:p/>
    <w:p>
      <w:r>
        <w:rPr>
          <w:b/>
          <w:sz w:val="20"/>
        </w:rPr>
        <w:t>Fundamento Jurídico:</w:t>
      </w:r>
    </w:p>
    <w:p>
      <w:r>
        <w:rPr>
          <w:b w:val="0"/>
          <w:sz w:val="20"/>
        </w:rPr>
        <w:t>Esta cancelación se realiza en conformidad con lo dispuesto en la Ley 50/1980, de 8 de octubre, de Contrato de Seguro, y demás normativa aplicable.</w:t>
      </w:r>
    </w:p>
    <w:p/>
    <w:p>
      <w:r>
        <w:rPr>
          <w:b w:val="0"/>
          <w:sz w:val="20"/>
        </w:rPr>
        <w:t>En _______________________________, a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Tomador del Seguro: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 completo: 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https://lex-financiero.com/modelo-de-carta-para-cancelar-un-seguro/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de-carta-para-cancelar-un-seguro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