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PAGO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/>
    <w:p>
      <w:r>
        <w:rPr>
          <w:b/>
          <w:sz w:val="20"/>
        </w:rPr>
        <w:t>A la atención de 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Domicilio : ____________________________________________________________</w:t>
      </w:r>
    </w:p>
    <w:p>
      <w:r>
        <w:rPr>
          <w:b w:val="0"/>
          <w:sz w:val="20"/>
        </w:rPr>
        <w:t>NIF/CIF : ______________________________________________________________</w:t>
      </w:r>
    </w:p>
    <w:p/>
    <w:p/>
    <w:p>
      <w:r>
        <w:rPr>
          <w:b w:val="0"/>
          <w:sz w:val="20"/>
        </w:rPr>
        <w:t xml:space="preserve">Yo, ________________________________________________, con DNI número ______________________, domiciliado en ____________________________________________, declaro haber recibido de </w:t>
      </w:r>
    </w:p>
    <w:p>
      <w:r>
        <w:rPr>
          <w:b/>
          <w:sz w:val="20"/>
        </w:rPr>
        <w:t>Nombre o Razón Social : ________________________________________________</w:t>
      </w:r>
    </w:p>
    <w:p>
      <w:r>
        <w:rPr>
          <w:b/>
          <w:sz w:val="20"/>
        </w:rPr>
        <w:t>NIF/CIF : ______________________________________________________________</w:t>
      </w:r>
    </w:p>
    <w:p>
      <w:r>
        <w:rPr>
          <w:b/>
          <w:sz w:val="20"/>
        </w:rPr>
        <w:t>Domicilio : ____________________________________________________________</w:t>
      </w:r>
    </w:p>
    <w:p>
      <w:r>
        <w:rPr>
          <w:b w:val="0"/>
          <w:sz w:val="20"/>
        </w:rPr>
        <w:t>la cantidad de __________________ euros (€______________) en concepto de pago de ____________________________________________________________.</w:t>
      </w:r>
    </w:p>
    <w:p/>
    <w:p>
      <w:r>
        <w:rPr>
          <w:b w:val="0"/>
          <w:sz w:val="20"/>
        </w:rPr>
        <w:t>Este pago satisface íntegramente la obligación derivada de ____________________________________________________________, quedando por tanto la deuda total y completamente saldada.</w:t>
      </w:r>
    </w:p>
    <w:p/>
    <w:p>
      <w:r>
        <w:rPr>
          <w:b w:val="0"/>
          <w:sz w:val="20"/>
        </w:rPr>
        <w:t>Asimismo, declaro que no existe cantidad pendiente alguna, ni reclamación pendiente relacionada con el concepto anteriormente indicado, liberando a la parte pagadora de cualquier responsabilidad futura en relación con esta deuda.</w:t>
      </w:r>
    </w:p>
    <w:p/>
    <w:p/>
    <w:p>
      <w:r>
        <w:rPr>
          <w:b w:val="0"/>
          <w:sz w:val="20"/>
        </w:rPr>
        <w:t>Esta carta se expide en cumplimiento de las normas legales aplicables y con plena validez y eficacia jurídica.</w:t>
      </w:r>
    </w:p>
    <w:p/>
    <w:p/>
    <w:p>
      <w:r>
        <w:rPr>
          <w:b w:val="0"/>
          <w:sz w:val="20"/>
        </w:rPr>
        <w:t>En ____________________________, a ____ de ________________ de ______.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 (Pagador)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 (Receptor)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  <w:br/>
              <w:t>DNI/NIF 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  <w:br/>
              <w:t>DNI/NIF 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https://lex-financiero.com/modelo-de-carta-de-pago/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de-carta-de-pago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