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DE INVERSIÓN PARA SUJETO PASIVO</w:t>
      </w:r>
    </w:p>
    <w:p/>
    <w:p>
      <w:r>
        <w:rPr>
          <w:b/>
          <w:sz w:val="20"/>
        </w:rPr>
        <w:t>Datos del Sujeto Pasivo: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NIF / CIF : _____________________________________________________________</w:t>
      </w:r>
    </w:p>
    <w:p>
      <w:r>
        <w:rPr>
          <w:b w:val="0"/>
          <w:sz w:val="20"/>
        </w:rPr>
        <w:t>Domicilio Fiscal : ______________________________________________________</w:t>
      </w:r>
    </w:p>
    <w:p>
      <w:r>
        <w:rPr>
          <w:b w:val="0"/>
          <w:sz w:val="20"/>
        </w:rPr>
        <w:t>Municipio : ____________________________________________________________</w:t>
      </w:r>
    </w:p>
    <w:p>
      <w:r>
        <w:rPr>
          <w:b w:val="0"/>
          <w:sz w:val="20"/>
        </w:rPr>
        <w:t>Provincia : _____________________________________________________________</w:t>
      </w:r>
    </w:p>
    <w:p>
      <w:r>
        <w:rPr>
          <w:b w:val="0"/>
          <w:sz w:val="20"/>
        </w:rPr>
        <w:t>Código Postal : _________________________________________________________</w:t>
      </w:r>
    </w:p>
    <w:p/>
    <w:p>
      <w:r>
        <w:rPr>
          <w:b/>
          <w:sz w:val="20"/>
        </w:rPr>
        <w:t>Datos de la Inversión:</w:t>
      </w:r>
    </w:p>
    <w:p>
      <w:r>
        <w:rPr>
          <w:b w:val="0"/>
          <w:sz w:val="20"/>
        </w:rPr>
        <w:t>Tipo de Inversión : _____________________________________________________</w:t>
      </w:r>
    </w:p>
    <w:p>
      <w:r>
        <w:rPr>
          <w:b w:val="0"/>
          <w:sz w:val="20"/>
        </w:rPr>
        <w:t>Importe de la Inversión : __________________________ EUR</w:t>
      </w:r>
    </w:p>
    <w:p>
      <w:r>
        <w:rPr>
          <w:b w:val="0"/>
          <w:sz w:val="20"/>
        </w:rPr>
        <w:t>Fecha de Inicio de la Inversión : _______________________________________</w:t>
      </w:r>
    </w:p>
    <w:p>
      <w:r>
        <w:rPr>
          <w:b w:val="0"/>
          <w:sz w:val="20"/>
        </w:rPr>
        <w:t>Duración prevista : _____________________________________________________</w:t>
      </w:r>
    </w:p>
    <w:p/>
    <w:p>
      <w:r>
        <w:rPr>
          <w:b/>
          <w:sz w:val="20"/>
        </w:rPr>
        <w:t>CERTIFICO:</w:t>
      </w:r>
    </w:p>
    <w:p>
      <w:r>
        <w:rPr>
          <w:b w:val="0"/>
          <w:sz w:val="20"/>
        </w:rPr>
        <w:t>Que el sujeto pasivo arriba identificado ha realizado la inversión descrita conforme a la normativa vigente.</w:t>
      </w:r>
    </w:p>
    <w:p>
      <w:r>
        <w:rPr>
          <w:b w:val="0"/>
          <w:sz w:val="20"/>
        </w:rPr>
        <w:t>Que la inversión cumple con los requisitos establecidos en la legislación aplicable para ser considerada válida y deducible.</w:t>
      </w:r>
    </w:p>
    <w:p>
      <w:r>
        <w:rPr>
          <w:b w:val="0"/>
          <w:sz w:val="20"/>
        </w:rPr>
        <w:t>Que los documentos justificativos están a disposición de la administración tributaria para su posible comprobación.</w:t>
      </w:r>
    </w:p>
    <w:p/>
    <w:p>
      <w:r>
        <w:rPr>
          <w:b/>
          <w:sz w:val="20"/>
        </w:rPr>
        <w:t>OBLIGACIONES DEL SUJETO PASIVO:</w:t>
      </w:r>
    </w:p>
    <w:p>
      <w:r>
        <w:rPr>
          <w:b w:val="0"/>
          <w:sz w:val="20"/>
        </w:rPr>
        <w:t>El sujeto pasivo se compromete a conservar toda la documentación acreditativa de la inversión durante el plazo legalmente establecido.</w:t>
      </w:r>
    </w:p>
    <w:p>
      <w:r>
        <w:rPr>
          <w:b w:val="0"/>
          <w:sz w:val="20"/>
        </w:rPr>
        <w:t>Asimismo, se obliga a facilitar la información requerida por la administración tributaria en el ejercicio de sus funciones de control.</w:t>
      </w:r>
    </w:p>
    <w:p/>
    <w:p>
      <w:r>
        <w:rPr>
          <w:b w:val="0"/>
          <w:sz w:val="20"/>
        </w:rPr>
        <w:t>DECLARO bajo mi responsabilidad que los datos consignados en este certificado son ciertos y se ajustan a la realidad.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Sujeto Pasivo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 de la Entidad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Sello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https://lex-financiero.com/modelo-certificado-inversion-sujeto-pasivo/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certificado-inversion-sujeto-pasivo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