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CERTIFICADO BANCARIO DE APORTACIÓN DE CAPITAL PARA CONSTITUCIÓN DE SOCIEDAD</w:t>
      </w:r>
    </w:p>
    <w:p/>
    <w:p/>
    <w:p>
      <w:r>
        <w:rPr>
          <w:b/>
          <w:sz w:val="20"/>
        </w:rPr>
        <w:t>Entidad Financiera :</w:t>
      </w:r>
    </w:p>
    <w:p>
      <w:r>
        <w:rPr>
          <w:b w:val="0"/>
          <w:sz w:val="20"/>
        </w:rPr>
        <w:t>Nombre de la entidad : _______________________________________________</w:t>
      </w:r>
    </w:p>
    <w:p>
      <w:r>
        <w:rPr>
          <w:b w:val="0"/>
          <w:sz w:val="20"/>
        </w:rPr>
        <w:t>Dirección : 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pPr>
        <w:jc w:val="center"/>
      </w:pPr>
      <w:r>
        <w:rPr>
          <w:b/>
          <w:sz w:val="20"/>
        </w:rPr>
        <w:t>CERTIFICACIÓN</w:t>
      </w:r>
    </w:p>
    <w:p/>
    <w:p>
      <w:r>
        <w:rPr>
          <w:b w:val="0"/>
          <w:sz w:val="20"/>
        </w:rPr>
        <w:t>Por medio del presente certificado, la entidad financiera arriba indicada hace constar que el/la Sr./Sra. __________________________________________________, con Documento Nacional de Identidad nº _______________________________, ha efectuado una aportación de capital por importe de _______________________ Euros (€), en virtud de la cual cuenta con disponibilidad y titularidad plena de dichos fondos en esta entidad, destinados exclusivamente a la constitución de la sociedad denominada ______________________________________________________.</w:t>
      </w:r>
    </w:p>
    <w:p/>
    <w:p>
      <w:r>
        <w:rPr>
          <w:b w:val="0"/>
          <w:sz w:val="20"/>
        </w:rPr>
        <w:t>Asimismo, se certifica que dicha aportación se encuentra íntegramente depositada en la cuenta bancaria nº ___________________________ de esta entidad, abierta a nombre del/la interesado/a, y que dichos fondos permanecen bloqueados para el fin exclusivo de la constitución de la sociedad mencionada, conforme a lo establecido en la legislación vigente.</w:t>
      </w:r>
    </w:p>
    <w:p/>
    <w:p>
      <w:r>
        <w:rPr>
          <w:b w:val="0"/>
          <w:sz w:val="20"/>
        </w:rPr>
        <w:t>Este certificado se expide a solicitud del/la interesado/a para los usos legales oportunos en el proceso de constitución de dicha sociedad, sin que implique compromiso alguno de la entidad financiera respecto al resultado o éxito del proceso de constitución o de la actividad societaria posterior.</w:t>
      </w:r>
    </w:p>
    <w:p/>
    <w:p/>
    <w:p>
      <w:r>
        <w:rPr>
          <w:b w:val="0"/>
          <w:sz w:val="20"/>
        </w:rPr>
        <w:t>Lugar : ____________________________________    Fecha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Firmado por el/la representante de la entidad financiera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Sello de la entidad financiera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cargo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/>
    <w:p/>
    <w:p>
      <w:r>
        <w:rPr>
          <w:b w:val="0"/>
          <w:sz w:val="20"/>
        </w:rPr>
        <w:t>Este certificado se emite con base en la información disponible en esta entidad a la fecha de su expedición y bajo la responsabilidad del/la firmante.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https://lex-financiero.com/modelo-certificado-bancario-aportacion-capital-constitucion-sociedad/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certificado-bancario-aportacion-capital-constitucion-sociedad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