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DEUDA SALDADA</w:t>
      </w:r>
    </w:p>
    <w:p/>
    <w:p>
      <w:r>
        <w:rPr>
          <w:b/>
          <w:sz w:val="20"/>
        </w:rPr>
        <w:t>Yo, ____________________________________________, mayor de edad, con DNI/NIE nº ____________________, y con domicilio en ____________________________________________, declaro bajo mi responsabilidad lo siguiente:</w:t>
      </w:r>
    </w:p>
    <w:p/>
    <w:p>
      <w:r>
        <w:rPr>
          <w:b w:val="0"/>
          <w:sz w:val="20"/>
        </w:rPr>
        <w:t>1. Que en fecha ______________________, contraje una deuda con ____________________________________________ (denominación o nombre del acreedor), con domicilio en ____________________________________________, con un importe total de ____________________ euros (€____________________).</w:t>
      </w:r>
    </w:p>
    <w:p/>
    <w:p>
      <w:r>
        <w:rPr>
          <w:b w:val="0"/>
          <w:sz w:val="20"/>
        </w:rPr>
        <w:t>2. Que dicha deuda ha sido completamente satisfecha y cancelada, no existiendo importe pendiente, ni reclamación alguna por parte del acreedor.</w:t>
      </w:r>
    </w:p>
    <w:p/>
    <w:p>
      <w:r>
        <w:rPr>
          <w:b w:val="0"/>
          <w:sz w:val="20"/>
        </w:rPr>
        <w:t>3. Que por medio de la presente carta, solicito que se deje constancia expresa y fehaciente de que la mencionada deuda ha sido saldada en su totalidad, a todos los efectos legales oportunos y que no existe obligación pendiente de pago.</w:t>
      </w:r>
    </w:p>
    <w:p/>
    <w:p>
      <w:r>
        <w:rPr>
          <w:b w:val="0"/>
          <w:sz w:val="20"/>
        </w:rPr>
        <w:t>4. Declaro que esta manifestación es cierta y conforme a la realidad, y que realiza a efectos de despejar cualquier duda o controversia sobre la existencia de obligaciones pendientes entre las partes.</w:t>
      </w:r>
    </w:p>
    <w:p/>
    <w:p>
      <w:r>
        <w:rPr>
          <w:b w:val="0"/>
          <w:sz w:val="20"/>
        </w:rPr>
        <w:t>Sin otro particular, quedo a la espera de la confirmación por escrito de la recepción y conformidad con el contenido de esta carta.</w:t>
      </w:r>
    </w:p>
    <w:p/>
    <w:p/>
    <w:p>
      <w:r>
        <w:rPr>
          <w:b w:val="0"/>
          <w:sz w:val="20"/>
        </w:rPr>
        <w:t>Lugar: ____________________________________________</w:t>
      </w:r>
    </w:p>
    <w:p>
      <w:r>
        <w:rPr>
          <w:b w:val="0"/>
          <w:sz w:val="20"/>
        </w:rPr>
        <w:t>Fecha: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Deudor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Acreedor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https://lex-financiero.com/modelo-carta-deuda-saldada/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carta-deuda-saldada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