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CANCELACIÓN DE PRÉSTAMO ENTRE PARTICULARES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Prestamista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Prestatario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Primero.- Que el Prestamista y el Prestatario suscribieron un contrato de préstamo privado en fecha no indicada, por importe de ___________________ euros.</w:t>
      </w:r>
    </w:p>
    <w:p>
      <w:r>
        <w:rPr>
          <w:b w:val="0"/>
          <w:sz w:val="20"/>
        </w:rPr>
        <w:t>Segundo.- Que el Prestatario ha cumplido con la totalidad de las obligaciones derivadas del préstamo mencionado.</w:t>
      </w:r>
    </w:p>
    <w:p/>
    <w:p>
      <w:r>
        <w:rPr>
          <w:b/>
          <w:sz w:val="20"/>
        </w:rPr>
        <w:t>Por todo ello,</w:t>
      </w:r>
    </w:p>
    <w:p>
      <w:r>
        <w:rPr>
          <w:b/>
          <w:sz w:val="20"/>
        </w:rPr>
        <w:t>El Prestamista y el Prestatario, de mutuo acuerdo, DECLARAN:</w:t>
      </w:r>
    </w:p>
    <w:p>
      <w:r>
        <w:rPr>
          <w:b w:val="0"/>
          <w:sz w:val="20"/>
        </w:rPr>
        <w:t>Primero.- Que el Prestatario ha devuelto íntegramente la cantidad prestada más los intereses pactados, si los hubiera, quedando por tanto el préstamo TOTALMENTE CANCELADO y sin ninguna obligación pendiente entre las partes.</w:t>
      </w:r>
    </w:p>
    <w:p>
      <w:r>
        <w:rPr>
          <w:b w:val="0"/>
          <w:sz w:val="20"/>
        </w:rPr>
        <w:t>Segundo.- Que ambas partes renuncian expresamente a cualquier reclamación futura derivada de dicho préstamo.</w:t>
      </w:r>
    </w:p>
    <w:p/>
    <w:p>
      <w:r>
        <w:rPr>
          <w:b/>
          <w:sz w:val="20"/>
        </w:rPr>
        <w:t>Cláusulas:</w:t>
      </w:r>
    </w:p>
    <w:p>
      <w:r>
        <w:rPr>
          <w:b w:val="0"/>
          <w:sz w:val="20"/>
        </w:rPr>
        <w:t>1. La presente carta tiene carácter fehaciente y recoge el acuerdo de cancelación total del préstamo privado entre las partes.</w:t>
      </w:r>
    </w:p>
    <w:p>
      <w:r>
        <w:rPr>
          <w:b w:val="0"/>
          <w:sz w:val="20"/>
        </w:rPr>
        <w:t>2. Las partes se comprometen a conservar copia de esta carta como justificante de la cancelación definitiva del préstamo.</w:t>
      </w:r>
    </w:p>
    <w:p>
      <w:r>
        <w:rPr>
          <w:b w:val="0"/>
          <w:sz w:val="20"/>
        </w:rPr>
        <w:t>3. Cualquier modificación o aclaración deberá realizarse por escrito y ser firmada por ambas partes.</w:t>
      </w:r>
    </w:p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PRESTAMISTA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https://lex-financiero.com/modelo-carta-cancelacion-prestamo-entre-particulares/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carta-cancelacion-prestamo-entre-particulares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