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CARTA PARA REPARTO DE HERENCIA</w:t>
      </w:r>
    </w:p>
    <w:p/>
    <w:p/>
    <w:p>
      <w:r>
        <w:rPr>
          <w:b w:val="0"/>
          <w:sz w:val="20"/>
        </w:rPr>
        <w:t>A la atención del Departamento de Reparto de Herencias</w:t>
      </w:r>
    </w:p>
    <w:p>
      <w:r>
        <w:rPr>
          <w:b w:val="0"/>
          <w:sz w:val="20"/>
        </w:rPr>
        <w:t>CaixaBank, S.A.</w:t>
      </w:r>
    </w:p>
    <w:p>
      <w:r>
        <w:rPr>
          <w:b w:val="0"/>
          <w:sz w:val="20"/>
        </w:rPr>
        <w:t>Dirección de la oficina:</w:t>
      </w:r>
    </w:p>
    <w:p>
      <w:r>
        <w:rPr>
          <w:b w:val="0"/>
          <w:sz w:val="20"/>
        </w:rPr>
        <w:t>____________________________________________________</w:t>
      </w:r>
    </w:p>
    <w:p/>
    <w:p/>
    <w:p>
      <w:r>
        <w:rPr>
          <w:b/>
          <w:sz w:val="20"/>
        </w:rPr>
        <w:t>Estimados señores:</w:t>
      </w:r>
    </w:p>
    <w:p/>
    <w:p>
      <w:r>
        <w:rPr>
          <w:b w:val="0"/>
          <w:sz w:val="20"/>
        </w:rPr>
        <w:t>Por medio de la presente, los abajo firmantes, en calidad de herederos legales del causante</w:t>
      </w:r>
    </w:p>
    <w:p>
      <w:r>
        <w:rPr>
          <w:b w:val="0"/>
          <w:sz w:val="20"/>
        </w:rPr>
        <w:t>____________________________________________________ (nombre completo del fallecido),</w:t>
      </w:r>
    </w:p>
    <w:p>
      <w:r>
        <w:rPr>
          <w:b w:val="0"/>
          <w:sz w:val="20"/>
        </w:rPr>
        <w:t>con DNI/NIE ____________________, y tras el fallecimiento ocurrido en fecha no especificada,</w:t>
      </w:r>
    </w:p>
    <w:p>
      <w:r>
        <w:rPr>
          <w:b w:val="0"/>
          <w:sz w:val="20"/>
        </w:rPr>
        <w:t>procedemos a solicitar el reparto y adjudicación de los bienes y derechos que nos corresponden</w:t>
      </w:r>
    </w:p>
    <w:p>
      <w:r>
        <w:rPr>
          <w:b w:val="0"/>
          <w:sz w:val="20"/>
        </w:rPr>
        <w:t>en la cuenta o cuentas que el causante mantenía en CaixaBank, S.A., conforme a lo establecido en la</w:t>
      </w:r>
    </w:p>
    <w:p>
      <w:r>
        <w:rPr>
          <w:b w:val="0"/>
          <w:sz w:val="20"/>
        </w:rPr>
        <w:t>sucesión y normativa aplicable.</w:t>
      </w:r>
    </w:p>
    <w:p/>
    <w:p>
      <w:r>
        <w:rPr>
          <w:b/>
          <w:sz w:val="20"/>
        </w:rPr>
        <w:t>Datos del causante:</w:t>
      </w:r>
    </w:p>
    <w:p>
      <w:r>
        <w:rPr>
          <w:b w:val="0"/>
          <w:sz w:val="20"/>
        </w:rPr>
        <w:t>Nombre y apellidos : _______________________________________________</w:t>
      </w:r>
    </w:p>
    <w:p>
      <w:r>
        <w:rPr>
          <w:b w:val="0"/>
          <w:sz w:val="20"/>
        </w:rPr>
        <w:t>DNI/NIE : ___________________________________________________________</w:t>
      </w:r>
    </w:p>
    <w:p>
      <w:r>
        <w:rPr>
          <w:b w:val="0"/>
          <w:sz w:val="20"/>
        </w:rPr>
        <w:t>Número de cuenta(s) : _______________________________________________</w:t>
      </w:r>
    </w:p>
    <w:p/>
    <w:p>
      <w:r>
        <w:rPr>
          <w:b/>
          <w:sz w:val="20"/>
        </w:rPr>
        <w:t>Datos de los herederos:</w:t>
      </w:r>
    </w:p>
    <w:p>
      <w:r>
        <w:rPr>
          <w:b w:val="0"/>
          <w:sz w:val="20"/>
        </w:rPr>
        <w:t>A continuación se relacionan los datos completos de cada heredero y su porcentaje de participación: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y Apellidos</w:t>
            </w: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DNI/NIE</w:t>
            </w: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Parentesco</w:t>
            </w: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% Participación</w:t>
            </w:r>
          </w:p>
        </w:tc>
      </w:tr>
      <w:tr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________________________________________________</w:t>
            </w: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________________________________________________</w:t>
            </w: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________________________________________________</w:t>
            </w: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________________________________________________</w:t>
            </w:r>
          </w:p>
        </w:tc>
      </w:tr>
    </w:tbl>
    <w:p/>
    <w:p/>
    <w:p>
      <w:r>
        <w:rPr>
          <w:b w:val="0"/>
          <w:sz w:val="20"/>
        </w:rPr>
        <w:t>Declaramos que toda la información aquí aportada es cierta y completa, y</w:t>
      </w:r>
    </w:p>
    <w:p>
      <w:r>
        <w:rPr>
          <w:b w:val="0"/>
          <w:sz w:val="20"/>
        </w:rPr>
        <w:t>que hemos acordado el reparto conforme a la voluntad y derechos de cada heredero.</w:t>
      </w:r>
    </w:p>
    <w:p/>
    <w:p>
      <w:r>
        <w:rPr>
          <w:b w:val="0"/>
          <w:sz w:val="20"/>
        </w:rPr>
        <w:t>Asimismo, solicitamos que CaixaBank, S.A. proceda a realizar las actuaciones necesarias para</w:t>
      </w:r>
    </w:p>
    <w:p>
      <w:r>
        <w:rPr>
          <w:b w:val="0"/>
          <w:sz w:val="20"/>
        </w:rPr>
        <w:t>la correcta ejecución del reparto de los saldos y bienes relacionados con la cuenta del causante,</w:t>
      </w:r>
    </w:p>
    <w:p>
      <w:r>
        <w:rPr>
          <w:b w:val="0"/>
          <w:sz w:val="20"/>
        </w:rPr>
        <w:t>poniéndose en contacto con nosotros para la entrega de la documentación que estimen oportuno.</w:t>
      </w:r>
    </w:p>
    <w:p/>
    <w:p/>
    <w:p>
      <w:r>
        <w:rPr>
          <w:b w:val="0"/>
          <w:sz w:val="20"/>
        </w:rPr>
        <w:t>Sin otro particular, reciban un cordial saludo.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HEREDERO 1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HEREDERO 2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/>
    <w:p/>
    <w:p>
      <w:r>
        <w:rPr>
          <w:b/>
          <w:sz w:val="20"/>
        </w:rPr>
        <w:t>Documentación adjunta (marcar con X):</w:t>
      </w:r>
    </w:p>
    <w:p>
      <w:r>
        <w:t>[] Certificado de defunción</w:t>
      </w:r>
    </w:p>
    <w:p>
      <w:r>
        <w:t>[] Testamento o declaración de herederos</w:t>
      </w:r>
    </w:p>
    <w:p>
      <w:r>
        <w:t>[] DNI/NIE de los herederos</w:t>
      </w:r>
    </w:p>
    <w:p>
      <w:r>
        <w:t>[] Últimos movimientos y extractos de la cuenta</w:t>
      </w:r>
    </w:p>
    <w:p>
      <w:r>
        <w:t>[] Otros documentos: ____________________________________________</w:t>
      </w:r>
    </w:p>
    <w:p/>
    <w:p/>
    <w:p>
      <w:r>
        <w:rPr>
          <w:b w:val="0"/>
          <w:sz w:val="20"/>
        </w:rPr>
        <w:t>A efectos de notificaciones, se señala como domicilio de contacto: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 w:val="0"/>
          <w:sz w:val="20"/>
        </w:rPr>
        <w:t>Teléfono: ______________________  Email: __________________________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https://lex-financiero.com/modelo-carta-banco-reparto-herencia-caixabank/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https://lex-financiero.com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lex-financiero.com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financiero.com/modelo-carta-banco-reparto-herencia-caixabank/" TargetMode="External"/><Relationship Id="rId10" Type="http://schemas.openxmlformats.org/officeDocument/2006/relationships/hyperlink" Target="https://lex-financi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