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DOCUMENTO DE CANCELACIÓN DE DEUDA</w:t>
      </w:r>
    </w:p>
    <w:p/>
    <w:p>
      <w:r>
        <w:rPr>
          <w:b/>
          <w:sz w:val="20"/>
        </w:rPr>
        <w:t>DEUDOR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 / NIF : 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ACREEDOR :</w:t>
      </w:r>
    </w:p>
    <w:p>
      <w:r>
        <w:rPr>
          <w:b w:val="0"/>
          <w:sz w:val="20"/>
        </w:rPr>
        <w:t>Nombre y Apellidos o Razón Social : ______________________________________</w:t>
      </w:r>
    </w:p>
    <w:p>
      <w:r>
        <w:rPr>
          <w:b w:val="0"/>
          <w:sz w:val="20"/>
        </w:rPr>
        <w:t>DNI / NIF : 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EXPONEN :</w:t>
      </w:r>
    </w:p>
    <w:p>
      <w:r>
        <w:rPr>
          <w:b w:val="0"/>
          <w:sz w:val="20"/>
        </w:rPr>
        <w:t>I. Que el Deudor mantiene una deuda con el Acreedor por importe de _________________ EUR, derivada de _______________________________________________________________________.</w:t>
      </w:r>
    </w:p>
    <w:p>
      <w:r>
        <w:rPr>
          <w:b w:val="0"/>
          <w:sz w:val="20"/>
        </w:rPr>
        <w:t>II. Que ambas partes desean extinguir dicha deuda mediante el presente documento de cancelación.</w:t>
      </w:r>
    </w:p>
    <w:p/>
    <w:p>
      <w:pPr>
        <w:jc w:val="center"/>
      </w:pPr>
      <w:r>
        <w:rPr>
          <w:b/>
          <w:sz w:val="20"/>
        </w:rPr>
        <w:t>CLÁUSULAS</w:t>
      </w:r>
    </w:p>
    <w:p/>
    <w:p>
      <w:r>
        <w:rPr>
          <w:b/>
          <w:sz w:val="20"/>
        </w:rPr>
        <w:t>Primera – Reconocimiento de deuda</w:t>
      </w:r>
    </w:p>
    <w:p>
      <w:r>
        <w:rPr>
          <w:b w:val="0"/>
          <w:sz w:val="20"/>
        </w:rPr>
        <w:t>El Deudor reconoce la existencia de la deuda descrita en la exposición de hechos, así como el importe exacto adeudado al Acreedor.</w:t>
      </w:r>
    </w:p>
    <w:p/>
    <w:p>
      <w:r>
        <w:rPr>
          <w:b/>
          <w:sz w:val="20"/>
        </w:rPr>
        <w:t>Segunda – Cancelación de deuda</w:t>
      </w:r>
    </w:p>
    <w:p>
      <w:r>
        <w:rPr>
          <w:b w:val="0"/>
          <w:sz w:val="20"/>
        </w:rPr>
        <w:t>El Acreedor declara haber recibido en este acto del Deudor la totalidad de la cantidad adeudada, extinguiéndose con ello cualquier obligación pendiente entre las partes derivada de la deuda mencionada.</w:t>
      </w:r>
    </w:p>
    <w:p/>
    <w:p>
      <w:r>
        <w:rPr>
          <w:b/>
          <w:sz w:val="20"/>
        </w:rPr>
        <w:t>Tercera – Renuncia de acciones</w:t>
      </w:r>
    </w:p>
    <w:p>
      <w:r>
        <w:rPr>
          <w:b w:val="0"/>
          <w:sz w:val="20"/>
        </w:rPr>
        <w:t>El Acreedor renuncia expresamente a cualquier acción, reclamación o derecho sobre la deuda una vez realizada la cancelación conforme a este documento.</w:t>
      </w:r>
    </w:p>
    <w:p/>
    <w:p>
      <w:r>
        <w:rPr>
          <w:b/>
          <w:sz w:val="20"/>
        </w:rPr>
        <w:t>Cuarta – Efectos</w:t>
      </w:r>
    </w:p>
    <w:p>
      <w:r>
        <w:rPr>
          <w:b w:val="0"/>
          <w:sz w:val="20"/>
        </w:rPr>
        <w:t>Este documento produce la extinción total y absoluta de la deuda mencionada, sin que el Deudor mantenga obligación alguna respecto a la misma.</w:t>
      </w:r>
    </w:p>
    <w:p/>
    <w:p>
      <w:r>
        <w:rPr>
          <w:b/>
          <w:sz w:val="20"/>
        </w:rPr>
        <w:t>Quinta – Legislación aplicable y jurisdicción</w:t>
      </w:r>
    </w:p>
    <w:p>
      <w:r>
        <w:rPr>
          <w:b w:val="0"/>
          <w:sz w:val="20"/>
        </w:rPr>
        <w:t>El presente documento se rige por la legislación española. Para cualquier controversia que pudiera derivarse de su interpretación o cumplimiento, las partes se someten a la jurisdicción de los Juzgados y Tribunales de _______________.</w:t>
      </w:r>
    </w:p>
    <w:p/>
    <w:p/>
    <w:p>
      <w:r>
        <w:rPr>
          <w:b w:val="0"/>
          <w:sz w:val="20"/>
        </w:rPr>
        <w:t>Lugar de la firma : ______________________________________</w:t>
      </w:r>
    </w:p>
    <w:p>
      <w:r>
        <w:rPr>
          <w:b w:val="0"/>
          <w:sz w:val="20"/>
        </w:rPr>
        <w:t>Fecha de la firma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DEUDOR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ACREEDOR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https://lex-financiero.com/documento-de-cancelacion-de-deuda/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documento-de-cancelacion-de-deuda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