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CARTA MODELO PARA EJECUTAR UN AVAL</w:t>
      </w:r>
    </w:p>
    <w:p/>
    <w:p/>
    <w:p>
      <w:r>
        <w:rPr>
          <w:b w:val="0"/>
          <w:sz w:val="20"/>
        </w:rPr>
        <w:t>Lugar : _________________________________________</w:t>
      </w:r>
    </w:p>
    <w:p/>
    <w:p>
      <w:r>
        <w:rPr>
          <w:b/>
          <w:sz w:val="20"/>
        </w:rPr>
        <w:t>A la atención de:</w:t>
      </w:r>
    </w:p>
    <w:p>
      <w:r>
        <w:rPr>
          <w:b w:val="0"/>
          <w:sz w:val="20"/>
        </w:rPr>
        <w:t>Nombre o razón social del acreedor:</w:t>
      </w:r>
    </w:p>
    <w:p>
      <w:r>
        <w:rPr>
          <w:b w:val="0"/>
          <w:sz w:val="20"/>
        </w:rPr>
        <w:t>___________________________________________________________</w:t>
      </w:r>
    </w:p>
    <w:p/>
    <w:p>
      <w:r>
        <w:rPr>
          <w:b/>
          <w:sz w:val="20"/>
        </w:rPr>
        <w:t>Datos del Avalista:</w:t>
      </w:r>
    </w:p>
    <w:p>
      <w:r>
        <w:rPr>
          <w:b w:val="0"/>
          <w:sz w:val="20"/>
        </w:rPr>
        <w:t>Nombre y apellidos o razón social: _________________________________</w:t>
      </w:r>
    </w:p>
    <w:p>
      <w:r>
        <w:rPr>
          <w:b w:val="0"/>
          <w:sz w:val="20"/>
        </w:rPr>
        <w:t>DNI/NIF/CIF: ______________________________________________________</w:t>
      </w:r>
    </w:p>
    <w:p>
      <w:r>
        <w:rPr>
          <w:b w:val="0"/>
          <w:sz w:val="20"/>
        </w:rPr>
        <w:t>Domicilio: 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</w:t>
      </w:r>
    </w:p>
    <w:p/>
    <w:p>
      <w:r>
        <w:rPr>
          <w:b/>
          <w:sz w:val="20"/>
        </w:rPr>
        <w:t>Datos del Avalado:</w:t>
      </w:r>
    </w:p>
    <w:p>
      <w:r>
        <w:rPr>
          <w:b w:val="0"/>
          <w:sz w:val="20"/>
        </w:rPr>
        <w:t>Nombre y apellidos o razón social: _________________________________</w:t>
      </w:r>
    </w:p>
    <w:p>
      <w:r>
        <w:rPr>
          <w:b w:val="0"/>
          <w:sz w:val="20"/>
        </w:rPr>
        <w:t>DNI/NIF/CIF: ______________________________________________________</w:t>
      </w:r>
    </w:p>
    <w:p>
      <w:r>
        <w:rPr>
          <w:b w:val="0"/>
          <w:sz w:val="20"/>
        </w:rPr>
        <w:t>Domicilio: 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</w:t>
      </w:r>
    </w:p>
    <w:p/>
    <w:p/>
    <w:p>
      <w:r>
        <w:rPr>
          <w:b w:val="0"/>
          <w:sz w:val="20"/>
        </w:rPr>
        <w:t>Estimados señores,</w:t>
      </w:r>
    </w:p>
    <w:p/>
    <w:p>
      <w:r>
        <w:rPr>
          <w:b w:val="0"/>
          <w:sz w:val="20"/>
        </w:rPr>
        <w:t>Por la presente, yo, el abajo firmante, en calidad de avalista y de forma irrevocable y solidaria, me comprometo a garantizar y responder frente a ustedes del cumplimiento de las obligaciones contraídas por el avalado en virtud del contrato o compromiso que nos une.</w:t>
      </w:r>
    </w:p>
    <w:p/>
    <w:p>
      <w:r>
        <w:rPr>
          <w:b w:val="0"/>
          <w:sz w:val="20"/>
        </w:rPr>
        <w:t>En particular, me obligo a satisfacer cualquier cantidad que el avalado adeude o pueda deberles, incluyendo intereses, gastos y costas, en caso de incumplimiento por parte del avalado, sin que sea necesario que previamente se agoten las acciones contra el avalado.</w:t>
      </w:r>
    </w:p>
    <w:p/>
    <w:p>
      <w:r>
        <w:rPr>
          <w:b w:val="0"/>
          <w:sz w:val="20"/>
        </w:rPr>
        <w:t>La presente garantía se extiende a todas las obligaciones presentes y futuras derivadas del citado contrato, sin limitación alguna.</w:t>
      </w:r>
    </w:p>
    <w:p/>
    <w:p>
      <w:r>
        <w:rPr>
          <w:b w:val="0"/>
          <w:sz w:val="20"/>
        </w:rPr>
        <w:t>Sin otro particular, quedo a su disposición para cualquier aclaración que precisen y les saludo atentamente.</w:t>
      </w:r>
    </w:p>
    <w:p/>
    <w:p/>
    <w:p>
      <w:r>
        <w:rPr>
          <w:b w:val="0"/>
          <w:sz w:val="20"/>
        </w:rPr>
        <w:t>Lugar y fecha: ___________________________________________________________</w:t>
      </w:r>
    </w:p>
    <w:p/>
    <w:p/>
    <w:p/>
    <w:p>
      <w:r>
        <w:rPr>
          <w:b w:val="0"/>
          <w:sz w:val="20"/>
        </w:rPr>
        <w:t>Firma del Avalista: 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Avalista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Acreedor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https://lex-financiero.com/carta-modelo-para-ejecutar-un-aval/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carta-modelo-para-ejecutar-un-aval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